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19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29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שלחתי ״חסרת לנו״ למי שנעדר/ה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30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פירגנתי בקול על הצלחה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31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📵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הקשבתי בלי להציץ בטלפון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🧑‍🏫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הצעתי עזרה למורה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תודה לצוות הניקיון או לשמירה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😮‍💨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עצרתי ונשמתי ודיברתי בנימוס גם כשכעסתי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לאח/ות צעיר/ה בשיעורים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מעשים טובים · 📘 חט״ב · לוח מס׳ 32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מסמנים מה עשיתם השבוע. ⭐ במרכז = מעשה חופשי משלכם.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שאלתי מישהו/י לחוץ/ה אם הכול בסדר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🏠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לקחתי על עצמי משימה בבית בלי שביקשו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♻️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הפרדתי פסולת בבית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הבאתי ציוד מיותר לפינת שיתוף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💬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החמאתי על משהו שאינו המראה החיצוני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הכנתי משהו טעים למשפחה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תגובה מפרגנת ברשת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לטפל בחיית מחמד של מישהו/י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הזמנתי תלמיד/ה חדש/ה לשבת איתי בהפסקה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אמרתי ״סליחה״ ראשון/ה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🛡️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עמדתי לצד מי שצחקו עליו/ה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ארגנתי משחק שכולם יכולים להשתתף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⭐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מעשה חופשי: ______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לשכנים לסחוב קניות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צירפתי מישהו/י לקבוצת עבודה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לימדתי מישהו/י משהו שאני טוב/ה בו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פיניתי מקום ישיבה באוטובוס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👕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תרמתי בגדים או ספרים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עזרתי לחבר/ה להתכונן למבחן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✉️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כתבתי מכתב תודה</w:t>
            </w:r>
          </w:p>
        </w:tc>
      </w:tr>
      <w:tr>
        <w:trPr>
          <w:trHeight w:val="1077"/>
        </w:trPr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שיתפתי סיכום עם מי שחסר/ה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אספתי פסולת בפארק או בחצר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לא העברתי הלאה הודעה פוגעת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ויתרתי על התור למי שמיהר/ה</w:t>
            </w:r>
          </w:p>
        </w:tc>
        <w:tc>
          <w:tcPr>
            <w:tcW w:type="dxa" w:w="204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🏘️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16"/>
                <w:rtl/>
                <w:szCs w:val="16"/>
              </w:rPr>
              <w:t>התנדבתי שעה בשכונה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