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19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29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30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חסכתי חשמל ומים בבית במשך שבוע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31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ליוויתי תלמיד/ה חדש/ה בשבועות הראשונים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פלסטיק חד-פעמי שבוע שלם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התנצלתי ותיקנתי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תמכתי בעסק קטן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חנכתי תלמיד/ה צעיר/ה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סיכומים בקבוצת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מעורבות · 🎓 חט״ע · לוח מס׳ 32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סמנו רק מה שעשיתם באמת. יעד: שורה אחת לפחות עד סוף השבוע. ⭐ = מעשה חופשי.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לעולה חדש/ה עם טופס או שפה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בפומבי לאיש/אשת צוות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באיסוף מזון או ציוד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מקור לפני ששיתפתי ידיעה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לחבר/ה בתקופה קשה והפניתי לעזרה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הובלתי שיחה על נושא חברתי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מזמני למטרה שחשובה 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🏖️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בניקיון חוף או פארק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נוחות שלי כדי לעזור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⛺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הדרכתי בתנועת נוער או במועדון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העליתי יוזמה לשיפור בבית הספר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בדקתי שהשכנים מסתדרים בזמן חירום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למדתי על בעיה חברתית ושיתפתי אחרים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בארגון בקהילה לפחות שעה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הגבתי בכבוד לדעה שונה משלי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שיח פוגעני בקבוצה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לאדם עם מוגבלות – אחרי ששאלתי איך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לכוחות הביטחון וההצלה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🏛️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השתתפתי בפעילות של מועצת התלמידים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שתלתי או טיפחתי פינה ירוקה משותפת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☎️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התקשרתי או ביקרתי אדם מבוגר שחי לבד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עבדתי בשיתוף עם מי שאינו/ה חבר/ה קרוב/ה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📖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קבוצת למידה לפני 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💻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למבוגר/ת במשימה טכנולוגית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