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שיתפתי משחק או צעצוע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שיתפתי משחק או צעצוע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שיתפתי משחק או צעצוע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19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שיתפתי משחק או צעצוע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שיתפתי משחק או צעצוע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לשני חברים להשלים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לטפל בחיית מחמד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שיתפתי משחק או צעצוע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29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תודה למבוגר/ת בבית הספר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שיתפתי משחק או צעצוע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שאלתי ״מה שלומך?״ מישהו/י עצוב/ה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30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בבית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↩️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החזרתי חפץ שמצאתי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התקשרתי למי שחולה לשאול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הקשבתי לחבר/ה עד הסוף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מיחזרתי בקבוק או נייר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31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בוקר טוב למישהו/י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שמרתי על שקט כשמישהו/י התרכז/ה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למישהו/י בשיעורי בית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כתבתי פתק נחמד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השאלתי עיפרון או מחק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התנדבתי לתפקיד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הכנתי הפתעה קטנה למישהו/י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🌱 יסודי · לוח מס׳ 32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כל מעשה טוב שעשיתם השבוע. שורה, טור או אלכסון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אספתי ניירות מהרצפה בכיתה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כיביתי אור בחדר ריק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פירגנתי למישהו/י שהצליח/ה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לסבא, לסבתא או לשכנים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השקיתי עציץ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שיתפתי משחק או צעצוע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אמרתי מחמאה אמיתית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הזמנתי מישהו/י להצטרף למשחק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שמתי מים לציפורים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לנקות אחרי האוכל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סגרתי ברז וחסכתי מים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לסדר את הכיתה</w:t>
            </w:r>
          </w:p>
        </w:tc>
      </w:tr>
      <w:tr>
        <w:trPr>
          <w:trHeight w:val="136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ציירתי ציור במתנה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עזרתי לחבר/ה במשימה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תרמתי ספר לפינת השאלה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0"/>
                <w:rtl/>
                <w:szCs w:val="20"/>
              </w:rPr>
              <w:t>החזקתי דלת למישהו/י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